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89F" w:rsidRPr="00B17298" w:rsidRDefault="00C401D1">
      <w:pPr>
        <w:jc w:val="center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b/>
          <w:sz w:val="24"/>
          <w:szCs w:val="24"/>
        </w:rPr>
        <w:t>ЗАЯВЛЕНИЕ ЗА УЧАСТИЕ</w:t>
      </w:r>
    </w:p>
    <w:p w:rsidR="00CC389F" w:rsidRPr="00C401D1" w:rsidRDefault="00C401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401D1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C401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01D1">
        <w:rPr>
          <w:rFonts w:ascii="Times New Roman" w:hAnsi="Times New Roman" w:cs="Times New Roman"/>
          <w:b/>
          <w:sz w:val="24"/>
          <w:szCs w:val="24"/>
        </w:rPr>
        <w:t>Коледен</w:t>
      </w:r>
      <w:proofErr w:type="spellEnd"/>
      <w:r w:rsidRPr="00C401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01D1">
        <w:rPr>
          <w:rFonts w:ascii="Times New Roman" w:hAnsi="Times New Roman" w:cs="Times New Roman"/>
          <w:b/>
          <w:sz w:val="24"/>
          <w:szCs w:val="24"/>
        </w:rPr>
        <w:t>фермерски</w:t>
      </w:r>
      <w:proofErr w:type="spellEnd"/>
      <w:r w:rsidRPr="00C401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01D1">
        <w:rPr>
          <w:rFonts w:ascii="Times New Roman" w:hAnsi="Times New Roman" w:cs="Times New Roman"/>
          <w:b/>
          <w:sz w:val="24"/>
          <w:szCs w:val="24"/>
        </w:rPr>
        <w:t>базар</w:t>
      </w:r>
      <w:proofErr w:type="spellEnd"/>
      <w:r w:rsidRPr="00C401D1">
        <w:rPr>
          <w:rFonts w:ascii="Times New Roman" w:hAnsi="Times New Roman" w:cs="Times New Roman"/>
          <w:b/>
          <w:sz w:val="24"/>
          <w:szCs w:val="24"/>
        </w:rPr>
        <w:t xml:space="preserve"> в </w:t>
      </w:r>
      <w:proofErr w:type="spellStart"/>
      <w:r w:rsidRPr="00C401D1">
        <w:rPr>
          <w:rFonts w:ascii="Times New Roman" w:hAnsi="Times New Roman" w:cs="Times New Roman"/>
          <w:b/>
          <w:sz w:val="24"/>
          <w:szCs w:val="24"/>
        </w:rPr>
        <w:t>рамките</w:t>
      </w:r>
      <w:proofErr w:type="spellEnd"/>
      <w:r w:rsidRPr="00C401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01D1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C401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01D1">
        <w:rPr>
          <w:rFonts w:ascii="Times New Roman" w:hAnsi="Times New Roman" w:cs="Times New Roman"/>
          <w:b/>
          <w:sz w:val="28"/>
          <w:szCs w:val="28"/>
        </w:rPr>
        <w:t>Sofia Christmas Fest 2026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провеждане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: 20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ноември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– 27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декември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2026 г.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Място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София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пространството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пред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Националния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дворец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културата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(НДК)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Организатор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участието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земеделските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производители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Министерство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земеделието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храните</w:t>
      </w:r>
      <w:proofErr w:type="spellEnd"/>
    </w:p>
    <w:p w:rsidR="00CC389F" w:rsidRPr="00B17298" w:rsidRDefault="00C401D1" w:rsidP="00B17298">
      <w:p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b/>
          <w:sz w:val="24"/>
          <w:szCs w:val="24"/>
        </w:rPr>
        <w:t>I. ДАННИ ЗА КАНДИДАТА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Име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земеделския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производител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Наименование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стопанството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фирмата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: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2. ЕИК/БУЛСТАТ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регистрационен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номер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земеделския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стопанин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: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Населено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място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община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област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която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осъществява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дейността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: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: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връзка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: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Електронна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поща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: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CC389F" w:rsidRPr="00B17298" w:rsidRDefault="00C401D1" w:rsidP="00B17298">
      <w:p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b/>
          <w:sz w:val="24"/>
          <w:szCs w:val="24"/>
        </w:rPr>
        <w:t>II. ИНФОРМАЦИЯ ЗА ДЕЙНОСТТА И ПРОЕКТА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Сектор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земеделското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производство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>: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Плодове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зеленчуци</w:t>
      </w:r>
      <w:proofErr w:type="spellEnd"/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Животновъдство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продукти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животински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произход</w:t>
      </w:r>
      <w:proofErr w:type="spellEnd"/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Етерично-маслени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медицински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култури</w:t>
      </w:r>
      <w:proofErr w:type="spellEnd"/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Пчеларство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пчелни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продукти</w:t>
      </w:r>
      <w:proofErr w:type="spellEnd"/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Биологично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производство</w:t>
      </w:r>
      <w:proofErr w:type="spellEnd"/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Друг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сектор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посочете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): ................................................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По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коя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програма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план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сте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получили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подпомагане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>?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развитие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селските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райони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2014–2020 г.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Стратегически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развитие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земеделието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селските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райони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2023–2027 г.</w:t>
      </w:r>
    </w:p>
    <w:p w:rsidR="00CC389F" w:rsidRPr="0067100B" w:rsidRDefault="00C401D1" w:rsidP="00B1729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100B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Наименование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и/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или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номер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финансирания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проект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мярка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интервенция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>: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lastRenderedPageBreak/>
        <w:t>........................................................................................................................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CC389F" w:rsidRPr="0067100B" w:rsidRDefault="00C401D1" w:rsidP="00B1729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100B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Кратко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описание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реализирания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проект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постигнатите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резултати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>: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CC389F" w:rsidRPr="0067100B" w:rsidRDefault="00C401D1" w:rsidP="00B1729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100B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Какви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продукти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възнамерявате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да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представите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100B">
        <w:rPr>
          <w:rFonts w:ascii="Times New Roman" w:hAnsi="Times New Roman" w:cs="Times New Roman"/>
          <w:b/>
          <w:sz w:val="24"/>
          <w:szCs w:val="24"/>
        </w:rPr>
        <w:t>базара</w:t>
      </w:r>
      <w:proofErr w:type="spellEnd"/>
      <w:r w:rsidRPr="0067100B">
        <w:rPr>
          <w:rFonts w:ascii="Times New Roman" w:hAnsi="Times New Roman" w:cs="Times New Roman"/>
          <w:b/>
          <w:sz w:val="24"/>
          <w:szCs w:val="24"/>
        </w:rPr>
        <w:t>?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CC389F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CC389F" w:rsidRPr="00B17298" w:rsidRDefault="0067100B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6</w:t>
      </w:r>
      <w:r w:rsidR="00C401D1" w:rsidRPr="00B17298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C401D1" w:rsidRPr="00B17298">
        <w:rPr>
          <w:rFonts w:ascii="Times New Roman" w:hAnsi="Times New Roman" w:cs="Times New Roman"/>
          <w:b/>
          <w:sz w:val="24"/>
          <w:szCs w:val="24"/>
        </w:rPr>
        <w:t>Продуктите</w:t>
      </w:r>
      <w:proofErr w:type="spellEnd"/>
      <w:r w:rsidR="00C401D1"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401D1" w:rsidRPr="00B17298">
        <w:rPr>
          <w:rFonts w:ascii="Times New Roman" w:hAnsi="Times New Roman" w:cs="Times New Roman"/>
          <w:b/>
          <w:sz w:val="24"/>
          <w:szCs w:val="24"/>
        </w:rPr>
        <w:t>са</w:t>
      </w:r>
      <w:proofErr w:type="spellEnd"/>
      <w:r w:rsidR="00C401D1" w:rsidRPr="00B17298">
        <w:rPr>
          <w:rFonts w:ascii="Times New Roman" w:hAnsi="Times New Roman" w:cs="Times New Roman"/>
          <w:b/>
          <w:sz w:val="24"/>
          <w:szCs w:val="24"/>
        </w:rPr>
        <w:t>: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Собствено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производство</w:t>
      </w:r>
      <w:proofErr w:type="spellEnd"/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Преработени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продукти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собствена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земеделска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продукция</w:t>
      </w:r>
      <w:proofErr w:type="spellEnd"/>
    </w:p>
    <w:p w:rsidR="0067100B" w:rsidRDefault="00C401D1" w:rsidP="0067100B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Друго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посочете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): ................................................</w:t>
      </w:r>
      <w:r w:rsidR="0067100B" w:rsidRPr="0067100B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</w:p>
    <w:p w:rsidR="0067100B" w:rsidRPr="0067100B" w:rsidRDefault="0067100B" w:rsidP="0067100B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7</w:t>
      </w:r>
      <w:r w:rsidRPr="0067100B">
        <w:rPr>
          <w:rFonts w:ascii="Times New Roman" w:hAnsi="Times New Roman" w:cs="Times New Roman"/>
          <w:b/>
          <w:sz w:val="24"/>
          <w:szCs w:val="24"/>
          <w:lang w:val="bg-BG"/>
        </w:rPr>
        <w:t>. Местонахождение на земеделското стопанство в район с природни или други специфични ограничения</w:t>
      </w:r>
      <w:r w:rsidR="003A2E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(</w:t>
      </w:r>
      <w:proofErr w:type="spellStart"/>
      <w:r w:rsidR="003A2E83">
        <w:rPr>
          <w:rFonts w:ascii="Times New Roman" w:hAnsi="Times New Roman" w:cs="Times New Roman"/>
          <w:b/>
          <w:sz w:val="24"/>
          <w:szCs w:val="24"/>
          <w:lang w:val="bg-BG"/>
        </w:rPr>
        <w:t>необлагодетелстван</w:t>
      </w:r>
      <w:proofErr w:type="spellEnd"/>
      <w:r w:rsidR="003A2E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район)</w:t>
      </w:r>
      <w:r w:rsidR="009A3E5F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</w:p>
    <w:p w:rsidR="0067100B" w:rsidRPr="0067100B" w:rsidRDefault="0067100B" w:rsidP="0067100B">
      <w:pPr>
        <w:jc w:val="both"/>
        <w:rPr>
          <w:rFonts w:asciiTheme="minorHAnsi" w:hAnsiTheme="minorHAnsi" w:cs="Segoe UI Symbol"/>
          <w:sz w:val="24"/>
          <w:szCs w:val="24"/>
          <w:lang w:val="bg-BG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Theme="minorHAnsi" w:hAnsiTheme="minorHAnsi" w:cs="Segoe UI Symbol"/>
          <w:sz w:val="24"/>
          <w:szCs w:val="24"/>
          <w:lang w:val="bg-BG"/>
        </w:rPr>
        <w:t xml:space="preserve"> ДА</w:t>
      </w:r>
    </w:p>
    <w:p w:rsidR="00CC389F" w:rsidRPr="0067100B" w:rsidRDefault="0067100B" w:rsidP="00B17298">
      <w:pPr>
        <w:jc w:val="both"/>
        <w:rPr>
          <w:rFonts w:asciiTheme="minorHAnsi" w:hAnsiTheme="minorHAnsi" w:cs="Times New Roman"/>
          <w:sz w:val="24"/>
          <w:szCs w:val="24"/>
          <w:lang w:val="bg-BG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Theme="minorHAnsi" w:hAnsiTheme="minorHAnsi" w:cs="Segoe UI Symbol"/>
          <w:sz w:val="24"/>
          <w:szCs w:val="24"/>
          <w:lang w:val="bg-BG"/>
        </w:rPr>
        <w:t xml:space="preserve"> НЕ</w:t>
      </w:r>
    </w:p>
    <w:p w:rsidR="00CC389F" w:rsidRPr="00B17298" w:rsidRDefault="00C401D1" w:rsidP="00B17298">
      <w:p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b/>
          <w:sz w:val="24"/>
          <w:szCs w:val="24"/>
        </w:rPr>
        <w:t>III. ЗАЯВКА ЗА ПЕРИОД НА УЧАСТИЕ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Желая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участвам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Коледния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фермерски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базар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7 (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седем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последователни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календарни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дни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както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следва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: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Предпочитан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........................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........................ 2026 г.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Резервен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желание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):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........................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........................ 2026 г.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невъзможност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осигуряване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заявения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съгласен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съгласна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ми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бъде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предложен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друг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свободен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рамките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провеждането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базара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Забележка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Посочването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предпочитан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гарантира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участие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заявените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дати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Окончателният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определя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МЗХ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съобразно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броя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постъпилите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заявления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наличните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изложбени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пространства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необходимостта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осигуряване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участие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по-голям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брой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земеделски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производители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.</w:t>
      </w:r>
    </w:p>
    <w:p w:rsidR="00CC389F" w:rsidRPr="00B17298" w:rsidRDefault="00C401D1" w:rsidP="00B17298">
      <w:p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b/>
          <w:sz w:val="24"/>
          <w:szCs w:val="24"/>
        </w:rPr>
        <w:t>IV. ПРЕДХОДНО УЧАСТИЕ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Участвали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ли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сте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в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предходни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издания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Коледния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фермерски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базар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организиран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с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участието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МЗХ </w:t>
      </w:r>
      <w:proofErr w:type="spellStart"/>
      <w:r w:rsidRPr="00B17298">
        <w:rPr>
          <w:rFonts w:ascii="Times New Roman" w:hAnsi="Times New Roman" w:cs="Times New Roman"/>
          <w:b/>
          <w:sz w:val="24"/>
          <w:szCs w:val="24"/>
        </w:rPr>
        <w:t>пред</w:t>
      </w:r>
      <w:proofErr w:type="spellEnd"/>
      <w:r w:rsidRPr="00B17298">
        <w:rPr>
          <w:rFonts w:ascii="Times New Roman" w:hAnsi="Times New Roman" w:cs="Times New Roman"/>
          <w:b/>
          <w:sz w:val="24"/>
          <w:szCs w:val="24"/>
        </w:rPr>
        <w:t xml:space="preserve"> НДК?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участвал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/а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досега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Segoe UI Symbol" w:hAnsi="Segoe UI Symbol" w:cs="Segoe UI Symbol"/>
          <w:sz w:val="24"/>
          <w:szCs w:val="24"/>
        </w:rPr>
        <w:t>☐</w:t>
      </w:r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участвал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/а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.</w:t>
      </w:r>
    </w:p>
    <w:p w:rsidR="00A22901" w:rsidRDefault="00A22901" w:rsidP="00B172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 w:rsidRPr="00B17298">
        <w:rPr>
          <w:rFonts w:ascii="Times New Roman" w:hAnsi="Times New Roman" w:cs="Times New Roman"/>
          <w:sz w:val="24"/>
          <w:szCs w:val="24"/>
        </w:rPr>
        <w:lastRenderedPageBreak/>
        <w:t>Ако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участвали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посочете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: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CC389F" w:rsidRPr="00B17298" w:rsidRDefault="00C401D1" w:rsidP="00B17298">
      <w:p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b/>
          <w:sz w:val="24"/>
          <w:szCs w:val="24"/>
        </w:rPr>
        <w:t>V. ДЕКЛАРАЦИЯ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подаването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настоящото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заявление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декларирам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: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Предоставената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мен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информация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вярна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актуална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Продукцията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която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ще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представя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, е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свързана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осъществяваната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мен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земеделска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дейност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Запознат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/а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подаването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заявление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гарантира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участие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събитието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одобрението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извършва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след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подбор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кандидатите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одобрение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ангажирам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осигуря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присъствие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предоставеното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изложбено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пространство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през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определения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спазвам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условията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участие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организацията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събитието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r w:rsidRPr="00B17298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Съгласен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съгласна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съм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бъда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уведомен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/а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резултата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подбора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определения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посочения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мен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електронен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адрес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.</w:t>
      </w:r>
    </w:p>
    <w:p w:rsidR="00780A45" w:rsidRDefault="00780A45" w:rsidP="00B172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Дата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: .....................................       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Име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фамилия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: ........................................................</w:t>
      </w:r>
    </w:p>
    <w:p w:rsidR="00CC389F" w:rsidRPr="00B17298" w:rsidRDefault="00C401D1" w:rsidP="00B172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Подпис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>: .....................................</w:t>
      </w:r>
    </w:p>
    <w:p w:rsidR="00B56A95" w:rsidRDefault="00B56A95" w:rsidP="00B56A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6A95" w:rsidRDefault="00B56A95" w:rsidP="00B56A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6A95" w:rsidRDefault="00C401D1" w:rsidP="00B56A9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Попълненото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заявление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изпраща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електронен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адрес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56A95" w:rsidRPr="00B56A95" w:rsidRDefault="00B56A95" w:rsidP="00B56A9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hyperlink r:id="rId6" w:history="1">
        <w:r w:rsidRPr="007464D1">
          <w:rPr>
            <w:rStyle w:val="Hyperlink"/>
            <w:rFonts w:ascii="Times New Roman" w:hAnsi="Times New Roman" w:cs="Times New Roman"/>
            <w:sz w:val="24"/>
            <w:szCs w:val="24"/>
          </w:rPr>
          <w:t>ehadjinicolova@mzh.government.bg</w:t>
        </w:r>
      </w:hyperlink>
      <w:r>
        <w:rPr>
          <w:rFonts w:ascii="Times New Roman" w:hAnsi="Times New Roman" w:cs="Times New Roman"/>
          <w:sz w:val="24"/>
          <w:szCs w:val="24"/>
          <w:lang w:val="bg-BG"/>
        </w:rPr>
        <w:t xml:space="preserve"> и </w:t>
      </w:r>
      <w:proofErr w:type="spellStart"/>
      <w:r w:rsidRPr="00B56A95">
        <w:rPr>
          <w:rFonts w:ascii="Times New Roman" w:hAnsi="Times New Roman" w:cs="Times New Roman"/>
          <w:sz w:val="24"/>
          <w:szCs w:val="24"/>
          <w:lang w:val="en-GB"/>
        </w:rPr>
        <w:t>yz</w:t>
      </w:r>
      <w:proofErr w:type="spellEnd"/>
      <w:r w:rsidRPr="00B56A95">
        <w:rPr>
          <w:rFonts w:ascii="Times New Roman" w:hAnsi="Times New Roman" w:cs="Times New Roman"/>
          <w:sz w:val="24"/>
          <w:szCs w:val="24"/>
          <w:lang w:val="bg-BG"/>
        </w:rPr>
        <w:t>helezova@mzh.government.bg</w:t>
      </w:r>
    </w:p>
    <w:p w:rsidR="00CC389F" w:rsidRPr="00B56A95" w:rsidRDefault="00C401D1" w:rsidP="00B1729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Краен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срок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298">
        <w:rPr>
          <w:rFonts w:ascii="Times New Roman" w:hAnsi="Times New Roman" w:cs="Times New Roman"/>
          <w:sz w:val="24"/>
          <w:szCs w:val="24"/>
        </w:rPr>
        <w:t>подаване</w:t>
      </w:r>
      <w:proofErr w:type="spellEnd"/>
      <w:r w:rsidRPr="00B17298">
        <w:rPr>
          <w:rFonts w:ascii="Times New Roman" w:hAnsi="Times New Roman" w:cs="Times New Roman"/>
          <w:sz w:val="24"/>
          <w:szCs w:val="24"/>
        </w:rPr>
        <w:t xml:space="preserve">: </w:t>
      </w:r>
      <w:r w:rsidR="00B56A95">
        <w:rPr>
          <w:rFonts w:ascii="Times New Roman" w:hAnsi="Times New Roman" w:cs="Times New Roman"/>
          <w:sz w:val="24"/>
          <w:szCs w:val="24"/>
          <w:lang w:val="bg-BG"/>
        </w:rPr>
        <w:t>13 ноември 2026 г.</w:t>
      </w:r>
    </w:p>
    <w:sectPr w:rsidR="00CC389F" w:rsidRPr="00B56A95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2E83"/>
    <w:rsid w:val="005C3804"/>
    <w:rsid w:val="0067100B"/>
    <w:rsid w:val="00780A45"/>
    <w:rsid w:val="00923151"/>
    <w:rsid w:val="009A3E5F"/>
    <w:rsid w:val="00A22901"/>
    <w:rsid w:val="00AA1D8D"/>
    <w:rsid w:val="00B17298"/>
    <w:rsid w:val="00B47730"/>
    <w:rsid w:val="00B56A95"/>
    <w:rsid w:val="00C401D1"/>
    <w:rsid w:val="00CB0664"/>
    <w:rsid w:val="00CC389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C7A612"/>
  <w14:defaultImageDpi w14:val="300"/>
  <w15:docId w15:val="{458AF5D9-56E2-4811-9599-B50731433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B56A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hadjinicolova@mzh.government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28C8385-351D-4A0D-BFCD-AFA0A94A4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Elena Hadjinicolova</cp:lastModifiedBy>
  <cp:revision>6</cp:revision>
  <dcterms:created xsi:type="dcterms:W3CDTF">2026-11-05T14:11:00Z</dcterms:created>
  <dcterms:modified xsi:type="dcterms:W3CDTF">2026-11-05T14:28:00Z</dcterms:modified>
  <cp:category/>
</cp:coreProperties>
</file>